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mécanique, automatismes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Bleux, Jean-Michel/ Franchon, J/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415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2091777374</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dessin industriel/ </w:t>
            </w:r>
          </w:p>
        </w:tc>
      </w:tr>
    </w:tbl>
    <w:p>
      <w:pPr>
        <w:pStyle w:val="Heading3"/>
      </w:pPr>
      <w:r>
        <w:t>Résumé :</w:t>
      </w:r>
    </w:p>
    <w:p>
      <w:r>
        <w:t>Cet ouvrage est la compilation de Hydraulique industrielle, Pneumatique industrielle et Automatismes industriels, augmentée de 32 pages inédites sur l'hydraulique proportionnelle. Il regroupe ainsi en un seul volume la totalité des principes et des applications des systèmes automatisés au niveau industriel (puissance-commande).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