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Nine Needles and Twelve Yuan-Source Points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Shun-fa, Jiao/ Chen, Jie/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People's Medical Publishing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9787117153058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classical acupuncture/ Nine Needles/ </w:t>
            </w:r>
          </w:p>
        </w:tc>
      </w:tr>
    </w:tbl>
    <w:p>
      <w:pPr>
        <w:pStyle w:val="Heading3"/>
      </w:pPr>
      <w:r>
        <w:t>Résumé :</w:t>
      </w:r>
    </w:p>
    <w:p>
      <w:r>
        <w:t>This book explains the foundations of classical Chinese acupuncture through two essential concepts: the Nine Needles and the Twelve Yuan-Source Points.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