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géologie et à la topographie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Chaussier, Jean-Bernard/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 / [BRGM](N°:34)</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2715908822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géologie/ topographie/ </w:t>
            </w:r>
          </w:p>
        </w:tc>
      </w:tr>
    </w:tbl>
    <w:p>
      <w:pPr>
        <w:pStyle w:val="Heading3"/>
      </w:pPr>
      <w:r>
        <w:t>Résumé :</w:t>
      </w:r>
    </w:p>
    <w:p>
      <w:r>
        <w:t>Ce manuel est volontairement concis, simplifié et illustré de nombreuses figures aux dépens du texte. Il présente un aperçu des notions de base permettant de connaître les phénomènes géologiques affectant la terre, sa structure et ses composantes. Quelques points importants ainsi que des chiffres sont donnés hors-texte " pour mémoire " pour ceux qui ont l'esprit encyclopédique. Quant aux notions de topographie, elles permettent l'initiation à la lecture de carte et au cheminement à la boussole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