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Méthode de Cross et le calcul pratique des constructions hyperstatiques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Charon,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10é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XII-304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Hyperstaticité/ dimensionnement/ poutres continues/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la méthode de Cross, une technique de calcul utilisée en génie civil pour analyser les structures hyperstatiques (poutres continues, portiques, cadres), c’est-à-dire les structures dont les inconnues sont plus nombreuses que les équations d’équilibre.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