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Desmons, Jean/ Jacquin,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Numéro d'Identification</w:t>
            </w:r>
          </w:p>
        </w:tc>
        <w:tc>
          <w:tcPr>
            <w:tcW w:type="dxa" w:w="7000"/>
          </w:tcPr>
          <w:p>
            <w:r>
              <w:t>9782100715497</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psychrométrie/ géothermie/ </w:t>
            </w:r>
          </w:p>
        </w:tc>
      </w:tr>
    </w:tbl>
    <w:p>
      <w:pPr>
        <w:pStyle w:val="Heading3"/>
      </w:pPr>
      <w:r>
        <w:t>Résumé :</w:t>
      </w:r>
    </w:p>
    <w:p>
      <w:r>
        <w:t>Cet aide-mémoire rassemble de façon synthétique et illustrée les principaux domaines de la climatisation. Dans chaque domaine, la physique et la technologie spécifiques sont développées et les applications les plus classiques sont décrites. Cet ouvrage s'articule autour de quatre parties : Les outils nécessaires à la maîtrise de la climatisation : bilans thermiques, psychrométrie, hydraulique, aéraulique ; Les principaux systèmes de climatisation : détente directe, systèmes tout air, systèmes tout eau, etc. ; Les différents moyens permettant l'optimisation énergétique et les énergies nouvelles : solaire, géothermie, récupération et stockage de l'énergie ; La mise en oeuvre et le dépannage des différents matériels. Cette nouvelle édition révisée et mise à jour s'enrichit également d'un chapitre sur l'acoustique appliquée au génie climatique. Cet ouvrage constitue un outil de travail indispensable aux techniciens et ingénieurs climaticiens (conception, installation, maintenance et dépannage) ainsi qu'aux étudiants en génie climatique avec des exercices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