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Gros œuvre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Delefosse, Jean/ Venien, Jacques/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Construire sa maison(N°:None)</w:t>
            </w:r>
          </w:p>
        </w:tc>
      </w:tr>
      <w:tr>
        <w:trPr>
          <w:trHeight w:val="567"/>
        </w:trPr>
        <w:tc>
          <w:tcPr>
            <w:tcW w:type="dxa" w:w="3000"/>
          </w:tcPr>
          <w:p>
            <w:r>
              <w:t>Numéro d'Identification</w:t>
            </w:r>
          </w:p>
        </w:tc>
        <w:tc>
          <w:tcPr>
            <w:tcW w:type="dxa" w:w="7000"/>
          </w:tcPr>
          <w:p>
            <w:r>
              <w:t>996163103x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gros œuvre/ construction de bâtiment/ </w:t>
            </w:r>
          </w:p>
        </w:tc>
      </w:tr>
    </w:tbl>
    <w:p>
      <w:pPr>
        <w:pStyle w:val="Heading3"/>
      </w:pPr>
      <w:r>
        <w:t>Résumé :</w:t>
      </w:r>
    </w:p>
    <w:p>
      <w:r>
        <w:t>Ce livre est un guide technique consacré aux travaux de gros œuvre dans la construction des bâtiments. il présente les principes fondamentaux, les méthodes de réalisation et les règles de mise en œuvre des principaux éléments structuraux situés à la base de l’ouvrage.</w:t>
        <w:br/>
        <w:br/>
        <w:t>l’ouvrage commence par l’étude des fondations, en expliquant leur rôle dans la transmission des charges de la structure vers le sol. il décrit les différents types de fondations, leurs conditions d’utilisation et les techniques de réalisation selon la nature du terrain et les caractéristiques du bâtiment.</w:t>
        <w:br/>
        <w:br/>
        <w:t>le livre aborde ensuite les travaux d’assainissement, notamment l’évacuation des eaux usées et pluviales, la mise en place des réseaux enterrés et les dispositifs destinés à protéger les constructions contre l’humidité et les infiltrations.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