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 et statistiques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Atlani, Robert/ Mouren, Jean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R. Atlani/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du PCEM(N°:None)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2866020251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loi de poisson/ intervalle de confiance/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 outil précieux pour les étudiants souhaitant maîtriser les bases des probabilités et des statistiques, avec une approche pratique et orientée vers l’examen.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