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du mécanicien ajussteur. F2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Chevalier,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 des fabrications mécaniques(N°:None)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2206005123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taraudage/ limage/ </w:t>
            </w:r>
          </w:p>
        </w:tc>
      </w:tr>
    </w:tbl>
    <w:p>
      <w:pPr>
        <w:pStyle w:val="Heading3"/>
      </w:pPr>
      <w:r>
        <w:t>Résumé :</w:t>
      </w:r>
    </w:p>
    <w:p>
      <w:r>
        <w:t>Le livre « Travaux du mécanicien ajusteur » (ISBN : 2206005123) de E. Lecœur appartient à la série Technologie des fabrications mécaniques. Il traite des opérations réalisées par l’ouvrier ajusteur-mécanicien dans l’atelier (préparation, contrôle et production).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