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thermique des chaudières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Nuber, Friedrich/ Nuber, Karl/ Lehr,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Chaudières/ </w:t>
            </w:r>
          </w:p>
        </w:tc>
      </w:tr>
    </w:tbl>
    <w:p>
      <w:pPr>
        <w:pStyle w:val="Heading3"/>
      </w:pPr>
      <w:r>
        <w:t>Résumé :</w:t>
      </w:r>
    </w:p>
    <w:p>
      <w:r>
        <w:t>Le livre Calcul thermique des chaudières de Friedrich Nuber et Karl Nuber est un ouvrage de référence en thermique industrielle. Il explique comment concevoir et dimensionner une chaudière à vapeur en utilisant les principes de la thermodynamique, de la combustion et du transfert de chaleur.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