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des probabilités compréhensible pour tous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Agrell, Marie/ Fourastié,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Support IUT(N°:None)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2910749355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indépendance/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des secteurs tertiaire et industriel des IUT, mais il peut convenir à tous : jeunes scolaires désirant s'initier au calcul des probabilités ; étudiants en économie, en médecine, en psychologie, en préparation aux écoles de commerce et de gestion, adultes autodidactes et auditeurs du CNAM.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