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Lubrification industrielle.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Institut français de pétrole/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Colloques et séminaires(N°:None)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2710804700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frottement/ viscosite/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principalement des lubrifiants utilisés dans le travail des métaux, des graisses industrielles, du contrôle des lubrifiants et des problèmes de pollution.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