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et physiologie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Berkaloff, André/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321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2705655611</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Biologie cellulaire/ physiologie cellulaire/ </w:t>
            </w:r>
          </w:p>
        </w:tc>
      </w:tr>
    </w:tbl>
    <w:p>
      <w:pPr>
        <w:pStyle w:val="Heading3"/>
      </w:pPr>
      <w:r>
        <w:t>Résumé :</w:t>
      </w:r>
    </w:p>
    <w:p>
      <w:r>
        <w:t>Cet ouvrage présente les principes fondamentaux de la biologie cellulaire et de la physiologie de la cellule, en expliquant la cellule comme l’unité structurale et fonctionnelle de tous les êtres vivants. Le livre vise à donner une compréhension intégrée des structures cellulaires, de leur organisation et de leurs fonctions biologiques.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