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L'hydraulique appliquée aux installations d'extinction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Bonneville,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496-500 Index p.p. 501-504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prévention d'incendie/ technique de lutte contre les incendies/ </w:t>
            </w:r>
          </w:p>
        </w:tc>
      </w:tr>
    </w:tbl>
    <w:p>
      <w:pPr>
        <w:pStyle w:val="Heading3"/>
      </w:pPr>
      <w:r>
        <w:t>Résumé :</w:t>
      </w:r>
    </w:p>
    <w:p>
      <w:r>
        <w:t>Ce texte présente la deuxième édition d'un ouvrage technique spécialisé dans la protection contre l'incendie.</w:t>
        <w:br/>
        <w:br/>
        <w:t>Il inclut de nouveaux problèmes, exemples, et chapitres sur la conception de réseaux d'extincteurs automatiques.</w:t>
        <w:br/>
        <w:br/>
        <w:t>Le contenu couvre la longueur équivalente des accessoires et les essais hydrauliques.</w:t>
        <w:br/>
        <w:br/>
        <w:t>C'est une ressource destinée aux ingénieurs, technologues, entrepreneurs et techniciens en prévention.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