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Calcul pratique des fondations et des soutenements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Bouafia, Ali/ </w:t>
            </w:r>
          </w:p>
        </w:tc>
      </w:tr>
      <w:tr>
        <w:trPr>
          <w:trHeight w:val="567"/>
        </w:trPr>
        <w:tc>
          <w:tcPr>
            <w:tcW w:type="dxa" w:w="3000"/>
          </w:tcPr>
          <w:p>
            <w:r>
              <w:t>Edition</w:t>
            </w:r>
          </w:p>
        </w:tc>
        <w:tc>
          <w:tcPr>
            <w:tcW w:type="dxa" w:w="7000"/>
          </w:tcPr>
          <w:p>
            <w:r>
              <w:t>2é éd.</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246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22 cm</w:t>
            </w:r>
          </w:p>
        </w:tc>
      </w:tr>
      <w:tr>
        <w:trPr>
          <w:trHeight w:val="567"/>
        </w:trPr>
        <w:tc>
          <w:tcPr>
            <w:tcW w:type="dxa" w:w="3000"/>
          </w:tcPr>
          <w:p>
            <w:r>
              <w:t>Numéro d'Identification</w:t>
            </w:r>
          </w:p>
        </w:tc>
        <w:tc>
          <w:tcPr>
            <w:tcW w:type="dxa" w:w="7000"/>
          </w:tcPr>
          <w:p>
            <w:r>
              <w:t>9789961008492</w:t>
            </w:r>
          </w:p>
        </w:tc>
      </w:tr>
      <w:tr>
        <w:trPr>
          <w:trHeight w:val="567"/>
        </w:trPr>
        <w:tc>
          <w:tcPr>
            <w:tcW w:type="dxa" w:w="3000"/>
          </w:tcPr>
          <w:p>
            <w:r>
              <w:t>Thème</w:t>
            </w:r>
          </w:p>
        </w:tc>
        <w:tc>
          <w:tcPr>
            <w:tcW w:type="dxa" w:w="7000"/>
          </w:tcPr>
          <w:p>
            <w:r>
              <w:t>Génie Civil</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fondation superficielles/ calcul de fondation/ </w:t>
            </w:r>
          </w:p>
        </w:tc>
      </w:tr>
    </w:tbl>
    <w:p>
      <w:pPr>
        <w:pStyle w:val="Heading3"/>
      </w:pPr>
      <w:r>
        <w:t>Résumé :</w:t>
      </w:r>
    </w:p>
    <w:p>
      <w:r>
        <w:t>Ce livre , adressé aux étudiants de plusieurs spécialités telles que le génie civil,le bâtiment,les travaux publics ,l'hydraulique et le génie maritime ,se propose de présenter , a travers des exercices résolus ,les principes de base de la mécanique des sols ainsi que les méthodes pratiques de calcul des fondations superficielles et profondes et des murs de soutenement .chaque chapitre commence par un bref rappel des notions et des méthodes de calcul, expose l'énoncé des exercices et renvoie aux solutions détaillées en fin du chapitre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