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Réussir la qualité dans la construction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Société de contrôles techniques/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Éd. du Moniteur/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227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27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Collection moniteur technique(N°:None)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Index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228111130X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Construction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Construction/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Contrôle de la qualité/ construction/ </w:t>
            </w:r>
          </w:p>
        </w:tc>
      </w:tr>
    </w:tbl>
    <w:p>
      <w:pPr>
        <w:pStyle w:val="Heading3"/>
      </w:pPr>
      <w:r>
        <w:t>Résumé :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