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statistique et processus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Roger,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Education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243-245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2744070343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inférence statistique/ lois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s'adresse aux étudiants de licence en économie et gestion, de master ou d'école de commerce qui suivent un enseignement de probabilités et statistique appliquée : il se veut un outil pratique de révision et d'auto-évaluation. Il sera également précieux aux professionnels en formation continue désireux de parfaire leurs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