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géologie 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Jean/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73-81.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générale/ Géologie sous-marine/ </w:t>
            </w:r>
          </w:p>
        </w:tc>
      </w:tr>
    </w:tbl>
    <w:p>
      <w:pPr>
        <w:pStyle w:val="Heading3"/>
      </w:pPr>
      <w:r>
        <w:t>Résumé :</w:t>
      </w:r>
    </w:p>
    <w:p>
      <w:r>
        <w:t>Le livre Initiation à la géologie marine de J. Blanc présente les bases de la géologie des océans. Il explique la structure des fonds marins, la formation des reliefs océaniques et l’origine des sédiments marins, afin de mieux comprendre l’évolution des océans et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