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à la statistique et aux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Bertaud, Marcel/ Charles,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de l'Université de Montréal/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315-321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276060506X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 descriptive/ écart-type/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 outil pédagogique riche, proposant des explications claires et des exercices pratiques pour aider les lecteurs à comprendre et à appliquer les concepts de la statistique et des probabilités dans divers contextes.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