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climats de la terre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Pagney, Pierre/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150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Initiation aux études de géographie(N°:None)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2225423172</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climatologie/ </w:t>
            </w:r>
          </w:p>
        </w:tc>
      </w:tr>
    </w:tbl>
    <w:p>
      <w:pPr>
        <w:pStyle w:val="Heading3"/>
      </w:pPr>
      <w:r>
        <w:t>Résumé :</w:t>
      </w:r>
    </w:p>
    <w:p>
      <w:r>
        <w:t>Le livre Les Climats de la Terre de Pierre Pagney présente les principaux types de climats de la planète et les facteurs qui les déterminent.</w:t>
        <w:br/>
        <w:br/>
        <w:t>Il explique le rôle du rayonnement solaire, de la circulation atmosphérique, des océans et du relief dans la formation des climats. L’auteur décrit aussi la répartition des grands climats (équatorial, tropical, désertique, tempéré, polaire) et montre comment ils influencent les paysages naturels et les activités humaines.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