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Boulay,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p. de titre et la couv. portent en plus : "probabilités"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9782729838690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risque/ espace probabilisé/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 outil précieux pour quiconque souhaite comprendre et appliquer le calcul des probabilités dans différents contextes.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