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pratique des poutres, portiques et cadres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poutre/ portique/ cadre/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de calcul des structures linéaires : poutres, portiques et cadres, destiné aux ingénieurs, étudiants en génie civil et techniciens. Il propose des méthodes simples et rigoureuses pour analyser et dimensionner les éléments porteurs des bâtiments et ouvrages.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