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installations frigorifiques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Rapin, Pierre/ Jacquard, Patrick/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Froid et génie climatique(N°:None)</w:t>
            </w:r>
          </w:p>
        </w:tc>
      </w:tr>
      <w:tr>
        <w:trPr>
          <w:trHeight w:val="567"/>
        </w:trPr>
        <w:tc>
          <w:tcPr>
            <w:tcW w:type="dxa" w:w="3000"/>
          </w:tcPr>
          <w:p>
            <w:r>
              <w:t>Notes Générales</w:t>
            </w:r>
          </w:p>
        </w:tc>
        <w:tc>
          <w:tcPr>
            <w:tcW w:type="dxa" w:w="7000"/>
          </w:tcPr>
          <w:p>
            <w:r>
              <w:t>Index p.p. 511-516</w:t>
            </w:r>
          </w:p>
        </w:tc>
      </w:tr>
      <w:tr>
        <w:trPr>
          <w:trHeight w:val="567"/>
        </w:trPr>
        <w:tc>
          <w:tcPr>
            <w:tcW w:type="dxa" w:w="3000"/>
          </w:tcPr>
          <w:p>
            <w:r>
              <w:t>Numéro d'Identification</w:t>
            </w:r>
          </w:p>
        </w:tc>
        <w:tc>
          <w:tcPr>
            <w:tcW w:type="dxa" w:w="7000"/>
          </w:tcPr>
          <w:p>
            <w:r>
              <w:t>2100075942</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réfrigération et appareil frigorifique/ </w:t>
            </w:r>
          </w:p>
        </w:tc>
      </w:tr>
    </w:tbl>
    <w:p>
      <w:pPr>
        <w:pStyle w:val="Heading3"/>
      </w:pPr>
      <w:r>
        <w:t>Résumé :</w:t>
      </w:r>
    </w:p>
    <w:p>
      <w:r>
        <w:t>Cet ouvrage constitue la 8e édition entièrement refondue, mise à jour et complétée de Installations frigorifiques. 2 : Technologie, ouvrage de référence des frigoristes depuis plus de 30 ans.</w:t>
        <w:br/>
        <w:br/>
        <w:br/>
        <w:br/>
        <w:t>Il couvre l'ensemble des machines utilisées dans le secteur du froid (à compression, mécanique et thermique, à simple ou à plusieurs étages, à fonctionnement en cascade), et fournit toutes les données pour :</w:t>
        <w:br/>
        <w:br/>
        <w:br/>
        <w:br/>
        <w:t>étudier les systèmes frigorifiques (bilans thermiques, etc.),</w:t>
        <w:br/>
        <w:br/>
        <w:t>comprendre le rôle et le fonctionnement des appareils (compresseurs, condenseurs, détendeurs, évaporateurs, filtres, vannes, automatismes, etc.),</w:t>
        <w:br/>
        <w:br/>
        <w:t>choisir les solutions les mieux adaptées.</w:t>
        <w:br/>
        <w:br/>
        <w:t>En plus de la technologie, l'ouvrage aborde également d'autres aspects importants tels que la réglementation, les fluides frigorigènes, l'acoustique, etc.</w:t>
        <w:br/>
        <w:br/>
        <w:br/>
        <w:br/>
        <w:t>Remettant à jour toutes les connaissances sur les technologies et les appareils, enrichie de nombreux tableaux et schémas fluidiques conformes aux normes européennes, illustrée de plus de 500 schémas et photos, cette nouvelle édition est plus que jamais la bible pour la formation, le perfectionnement et la pratique de tous les frigoristes.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