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L'essentiel en biologie Moléculaire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White, M.R.H./ Turner, P. C./ McLennan, A. G./ Bates, A. 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Berti Edition/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couv.ill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9782911808104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céllulaire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 cellule/ macromolécule/ </w:t>
            </w:r>
          </w:p>
        </w:tc>
      </w:tr>
    </w:tbl>
    <w:p>
      <w:pPr>
        <w:pStyle w:val="Heading3"/>
      </w:pPr>
      <w:r>
        <w:t>Résumé :</w:t>
      </w:r>
    </w:p>
    <w:p>
      <w:r>
        <w:t>L'Essentiel en Biologie moléculaire fournit une approche structurée d'apprentissage en couvrant tous les thèmes importants dans un format uniforme et méthodique. Chaque chapitre débute par un résumé des faits essentiels - mémo …</w:t>
        <w:br/>
        <w:br/>
        <w:t>L'Essentiel en Biologie moléculaire fournit une approche structurée d'apprentissage en couvrant tous les thèmes importants dans un format uniforme et méthodique. Chaque chapitre débute par un résumé des faits essentiels - mémo idéal pour les révisions - suivi d'explications détaillées et de schémas clairs et simples. Les schémas sont particulièrement faciles à comprendre et à reproduire lors des exposés ou des examens. Si vous étudiez la biologie moléculaire, si vous en avez assez de perdre votre temps à fouiller à l'intérieur de textes massifs et souffrez d'une surcharge informative, l'Essentiel en Biologie moléculaire est le compagnon dont vous avez besoin pour comprendre la matière et assimiler votre cours.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