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Moteurs électriques pour la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Mécanique et matériaux(N°:None)</w:t>
            </w:r>
          </w:p>
        </w:tc>
      </w:tr>
      <w:tr>
        <w:trPr>
          <w:trHeight w:val="567"/>
        </w:trPr>
        <w:tc>
          <w:tcPr>
            <w:tcW w:type="dxa" w:w="3000"/>
          </w:tcPr>
          <w:p>
            <w:r>
              <w:t>Numéro d'Identification</w:t>
            </w:r>
          </w:p>
        </w:tc>
        <w:tc>
          <w:tcPr>
            <w:tcW w:type="dxa" w:w="7000"/>
          </w:tcPr>
          <w:p>
            <w:r>
              <w:t>2100495771</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actionneurs électriques/ asservissement de position/ </w:t>
            </w:r>
          </w:p>
        </w:tc>
      </w:tr>
    </w:tbl>
    <w:p>
      <w:pPr>
        <w:pStyle w:val="Heading3"/>
      </w:pPr>
      <w:r>
        <w:t>Résumé :</w:t>
      </w:r>
    </w:p>
    <w:p>
      <w:r>
        <w:t>Grâce aux progrès réalisés dans le domaine des petits moteurs et de leur électronique de commande, les actionneurs électriques ont acquis une place prépondérante en robotique et en automatique. Cet ouvrage présente les connaissances nécessaires pour aborder le domaine des actionneurs électriques : la description et les caractéristiques des trois principaux types de moteurs employés : à courant continu, à courant continu sans balais, pas-à-pas ; les mécanismes et leur influence sur le choix du moteur ; les asservissements de vitesse et de position ; les phénomènes d'échauffement ; les circuits électroniques, dont dépendent les performances de l'ensemble. Principalement destinée aux ingénieurs et techniciens, la nouvelle édition de cet ouvrage, mis à jour et enrichi, leur permettra de choisir le moteur adéquat et ses dispositifs associés, et d'utiliser au mieux ses capacités. Elle sera également utile aux étudiants des secteurs concernés.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