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comportement thermique des matériaux dans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Batiment et des Travaux Publics,/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thermique des matériaux/ conductivite thermique ./ propriétés physiques des matériaux/ béton et mortiers/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