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statistique mathématique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Monjallon,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 ponctuelle/ estimation par intervalle/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livre didactique qui allie théorie et pratique, offrant une ressource précieuse pour quiconque souhaite approfondir ses connaissances en statistique mathématique.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