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Ferronnerie d'art. T4, portes et grilles d'intérieurs, 25 modèles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Capdefer,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porte métallique/ grille d’intérieur/ </w:t>
            </w:r>
          </w:p>
        </w:tc>
      </w:tr>
    </w:tbl>
    <w:p>
      <w:pPr>
        <w:pStyle w:val="Heading3"/>
      </w:pPr>
      <w:r>
        <w:t>Résumé :</w:t>
      </w:r>
    </w:p>
    <w:p>
      <w:r>
        <w:t>Ce livre constitue un guide illustré pour la conception de portes et grilles décoratives en fer forgé. Il sert à la fois de source d’inspiration artistique et de référence technique pour les ferronniers, les architectes et les étudiants du bâtiment intéressés par la ferronnerie décorative.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