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Belhadj, Besma/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9973370449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ponctuelle/ inférence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donc une ressource précieuse pour les étudiants et les professionnels souhaitant approfondir leur compréhension de l’inférence statistique et améliorer leurs compétences en analyse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