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QCM et QROC de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Jean-Claude, Callen/ Charret, Renée/ Clérot,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210050231x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La 2e édition de cet ouvrage de QCM Biologie cellulaire est réorientée à destination des étudiants en PCEM1 et PCEP1. Les questions sont réparties par thème du programme. L'élève trouvera ainsi par chapitre : - différents types de QCM, afin de refléter la variété qu'il rencontrera lors du concours (QCM à réponse unique, QCM à réponses multiples, QCM sur figures); - des questions à réponses ouvertes et courtes (QROC). Les corrigés sont entièrement rédigés pour les bonnes réponses mais aussi, plus brièvement, pour les mauvaises afin que l'étudiant puisse comprendre quelle a été son erreur. Ils mettent également en avant les «pièges classiques» à retenir. En fin d'ouvrage, des schémas récapitulatifs apportent une aide précieuse pour la révision.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