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Mémo visuel de géologie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Lagabrielle, Yves/ Maury, René/ Renard,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XII-252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Mémo visuel de(N°:None)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9782100769285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géologie/ </w:t>
            </w:r>
          </w:p>
        </w:tc>
      </w:tr>
    </w:tbl>
    <w:p>
      <w:pPr>
        <w:pStyle w:val="Heading3"/>
      </w:pPr>
      <w:r>
        <w:t>Résumé :</w:t>
      </w:r>
    </w:p>
    <w:p>
      <w:r>
        <w:t>Constitué de 230 fiches avec schémas et photos en couleur, ce Mémo vis</w:t>
        <w:br/>
        <w:br/>
        <w:t>uel vous permettra de réviser rapidement les notions essentielles de l</w:t>
        <w:br/>
        <w:br/>
        <w:t>a géologie enseignées dans les premières années d'études supérieures.</w:t>
        <w:br/>
        <w:br/>
        <w:t>L'image a été volontairement privilégiée, le texte d'accompagnement ré</w:t>
        <w:br/>
        <w:br/>
        <w:t>sumant les idées essentielles.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