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Plâtre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Rémy, Mylène/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Dossiers de "Construire"(N°:0221-2501)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2040105255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moulage/ carreaux de plâtre/ la résistance au feu/ plaques de plâtre/ </w:t>
            </w:r>
          </w:p>
        </w:tc>
      </w:tr>
    </w:tbl>
    <w:p>
      <w:pPr>
        <w:pStyle w:val="Heading3"/>
      </w:pPr>
      <w:r>
        <w:t>Résumé :</w:t>
      </w:r>
    </w:p>
    <w:p>
      <w:r>
        <w:t>L’ouvrage Le Plâtre de M. Rémy est un document technique consacré à l’étude complète du plâtre en tant que matériau de construction. Il traite à la fois de son origine, de sa fabrication, de ses propriétés et de ses applications dans le bâtiment.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