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Fondements de la géographie régionale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Hobbs, Joseph John/ </w:t>
            </w:r>
          </w:p>
        </w:tc>
      </w:tr>
      <w:tr>
        <w:trPr>
          <w:trHeight w:val="567"/>
        </w:trPr>
        <w:tc>
          <w:tcPr>
            <w:tcW w:type="dxa" w:w="3000"/>
          </w:tcPr>
          <w:p>
            <w:r>
              <w:t>Adresse bib.</w:t>
            </w:r>
          </w:p>
        </w:tc>
        <w:tc>
          <w:tcPr>
            <w:tcW w:type="dxa" w:w="7000"/>
          </w:tcPr>
          <w:p>
            <w:r>
              <w:t xml:space="preserve">De Boeck-Wesmael/ </w:t>
            </w:r>
          </w:p>
        </w:tc>
      </w:tr>
      <w:tr>
        <w:trPr>
          <w:trHeight w:val="567"/>
        </w:trPr>
        <w:tc>
          <w:tcPr>
            <w:tcW w:type="dxa" w:w="3000"/>
          </w:tcPr>
          <w:p>
            <w:r>
              <w:t>Nombre de Pages</w:t>
            </w:r>
          </w:p>
        </w:tc>
        <w:tc>
          <w:tcPr>
            <w:tcW w:type="dxa" w:w="7000"/>
          </w:tcPr>
          <w:p>
            <w:r>
              <w:t>443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9782804184650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géographie régionale/ géographie humaine/ </w:t>
            </w:r>
          </w:p>
        </w:tc>
      </w:tr>
    </w:tbl>
    <w:p>
      <w:pPr>
        <w:pStyle w:val="Heading3"/>
      </w:pPr>
      <w:r>
        <w:t>Résumé :</w:t>
      </w:r>
    </w:p>
    <w:p>
      <w:r>
        <w:t>monde. Un voyage autour du monde en 450 pages. L'ouvrage traite de la géographie régionale, avec la volonté affichée de couvrir le monde entier. Hobbs passe en revue les différent…</w:t>
        <w:br/>
        <w:br/>
        <w:t>Fondements de la géographie régionale vous apporte les bases de la géographie et vous offre la chance d'explorer en détails les événements, les enjeux et les paysages des régions du monde. Un voyage autour du monde en 450 pages. L'ouvrage traite de la géographie régionale, avec la volonté affichée de couvrir le monde entier. Hobbs passe en revue les différentes régions du monde, en commençant par l'Europe et en terminant par les Etats-Unis et le Canada.</w:t>
        <w:br/>
        <w:br/>
        <w:t>Une géographie physique, régionale et sociale. Pour chaque chapitre, l'auteur plante le décor et l'itinéraire à suivre : les objectifs et les outils qui permettent d'étudier la géographie régionale ; les processus physiques qui façonnent les régions du monde ; les processus humains qui façonnent ces mêmes régions. Une géographie actuelle. Les outils qui ont révolutionné les sciences de la terre et la géographie : cartographie assistée par ordinateur, Systèmes d'Information Géographique, télédétection, ont permis de faire avancer l'étude de la géographie régionale et de croiser plus facilement les informations pertinentes relatives à l'environnement physique et humain qui permettent d'envisager une région sous tous ses aspects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