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statistiques et sondages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Pupion, Georges/ Repussard,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distributions de probabilité/ analyse exploratoire/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qui aborde les concepts fondamentaux de la théorie des probabilités et des statistiques appliquées, en particulier dans le contexte des sciences économiques et de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