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Azzouz, Abderrak/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200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9789961019108</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inférence statistique/ estimation/ </w:t>
            </w:r>
          </w:p>
        </w:tc>
      </w:tr>
    </w:tbl>
    <w:p>
      <w:pPr>
        <w:pStyle w:val="Heading3"/>
      </w:pPr>
      <w:r>
        <w:t>Résumé :</w:t>
      </w:r>
    </w:p>
    <w:p>
      <w:r>
        <w:t>Cet ouvrage présente les fondements de la statistique descriptive. Il s’adresse aux étudiants dont le programme comprend l’étude des différentes méthodes statistiques. Il est destiné aux chercheurs dans différents domaines des sciences appliquées.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