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Pump Handbook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Karassik, Igor/ Krutzsch, William/ Waren, Fraser/ Messina, Joseph/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 Hill Higher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0070333025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</w:tbl>
    <w:p>
      <w:pPr>
        <w:pStyle w:val="Heading3"/>
      </w:pPr>
      <w:r>
        <w:t>Résumé :</w:t>
      </w:r>
    </w:p>
    <w:p>
      <w:r>
        <w:t>Pump Handbook is a comprehensive and authoritative reference in the field of mechanical and hydraulic engineering. Widely used by engineers, designers, and technical professionals, the book provides in-depth coverage of pump theory, design, selection, operation, and maintenance across a broad range of industrial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