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Granites Des Complexes Annulaires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Neltner, L./ Bonin, Bernard/ Black,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Edition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et méthodes(N°:4)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2715905106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granites annulaires/ plutonisme/ tectonique/ massifs granitiques/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synthèse géologique et pétrologique centrée sur les granites formant des complexes annulaires, c’est-à-dire des intrusions granitiques disposées en structures circulaires ou en anneau dans la croûte continentale, souvent liées à des contextes magmatiques particuliers.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