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Deux cents ] 200 questions pratiques d'électricité dans le batiment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EDF-GDF d'information du bâtiment/ Andriot, J/ </w:t>
            </w:r>
          </w:p>
        </w:tc>
      </w:tr>
      <w:tr>
        <w:trPr>
          <w:trHeight w:val="567"/>
        </w:trPr>
        <w:tc>
          <w:tcPr>
            <w:tcW w:type="dxa" w:w="3000"/>
          </w:tcPr>
          <w:p>
            <w:r>
              <w:t>Adresse bib.</w:t>
            </w:r>
          </w:p>
        </w:tc>
        <w:tc>
          <w:tcPr>
            <w:tcW w:type="dxa" w:w="7000"/>
          </w:tcPr>
          <w:p>
            <w:r>
              <w:t xml:space="preserve">Éditions du "Moniteur"/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"Moniteur"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électricité du bâtiment/ installation électrique/ </w:t>
            </w:r>
          </w:p>
        </w:tc>
      </w:tr>
    </w:tbl>
    <w:p>
      <w:pPr>
        <w:pStyle w:val="Heading3"/>
      </w:pPr>
      <w:r>
        <w:t>Résumé :</w:t>
      </w:r>
    </w:p>
    <w:p>
      <w:r>
        <w:t>Ce livre est un guide technique destiné aux professionnels et étudiants du bâtiment qui souhaitent comprendre et appliquer correctement les installations électriques dans les logements et les bâtiments. L’ouvrage adopte une méthode pédagogique basée sur des questions-réponses (200 questions) afin d’expliquer de manière simple les problèmes pratiques rencontrés sur les chantiers ou lors de la conception des installations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