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Amzallag, Emile/ Piccioli, Norbert/ Bry,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337-339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Statistique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variance/ écart-type/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 pédagogique qui combine théorie et pratique pour aider les étudiants à acquérir une base solide en statistiques. Les rappels détaillés, les exercices corrigés et les exemples concrets en font un outil précieux pour réussir dans le domaine des statistiques.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