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menuiserie de bâtiment, agencement - mobilier.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Eulacia, Henri/ Heurtematte, Jacques/ Mercier, Jean/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2206000342</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menuiserie du bâtiment/ agencement du mobilier/ </w:t>
            </w:r>
          </w:p>
        </w:tc>
      </w:tr>
    </w:tbl>
    <w:p>
      <w:pPr>
        <w:pStyle w:val="Heading3"/>
      </w:pPr>
      <w:r>
        <w:t>Résumé :</w:t>
      </w:r>
    </w:p>
    <w:p>
      <w:r>
        <w:t>Ce livre est un manuel technique consacré à la menuiserie du bâtiment, plus précisément à l’agencement du mobilier et aux éléments intégrés dans les constructions. il explique les principes de base utilisés par les menuisiers pour concevoir, fabriquer et installer différents types de mobiliers et d’aménagements intérieurs.</w:t>
        <w:br/>
        <w:br/>
        <w:t>l’ouvrage présente d’abord les notions fondamentales de la menuiserie, notamment les matériaux utilisés (bois massif, panneaux dérivés du bois, stratifiés), leurs caractéristiques et leurs domaines d’utilisation dans le bâtiment. l’auteur insiste sur le choix des matériaux en fonction de la résistance, de la durabilité et de l’esthétique.</w:t>
        <w:br/>
        <w:br/>
        <w:t>ensuite, le livre détaille les techniques de fabrication et d’assemblage du mobilier : traçage, découpe, usinage, assemblages traditionnels et modernes, ainsi que les méthodes de montage. il explique également l’utilisation des outils et des machines couramment employés en atelier et sur chantier. Cet ouvrage s'adresse aux élèves des enseignements technologiques et à la formation permanente. il s'agit donc moins d'un manuel de technologie que d'un guide pour la vie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