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statistiques.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Vogt, Aimé/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Sirey/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Analyse économique(N°:None)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2248005296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lois de probabilité/ échantillonnage/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guide complet pour les étudiants en statistiques, offrant à la fois des explications théoriques et des exercices pratiques. Ce livre est un outil précieux pour ceux qui souhaitent maîtriser les bases des méthodes statistiques et développer des compétences analytiques solides.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