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élémentaire de topographie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Dubuisson, Bernard/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Topographie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topographie/ mesure de distances/ tachéomètre/ GPS topographique/ </w:t>
            </w:r>
          </w:p>
        </w:tc>
      </w:tr>
    </w:tbl>
    <w:p>
      <w:pPr>
        <w:pStyle w:val="Heading3"/>
      </w:pPr>
      <w:r>
        <w:t>Résumé :</w:t>
      </w:r>
    </w:p>
    <w:p>
      <w:r>
        <w:t>Cet ouvrage est un manuel pédagogique destiné aux étudiants et aux professionnels débutants en topographie. Il présente les principes fondamentaux de la topographie, les méthodes de mesure, et les applications pratiques pour le terrain. L’objectif est de donner une compréhension claire et pratique des techniques topographiques, depuis la théorie jusqu’aux relevés et plans.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