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des machines-outils. V3, les broches, étude 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Pruvot,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339-344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transfert/ modélisation paramétrique/ </w:t>
            </w:r>
          </w:p>
        </w:tc>
      </w:tr>
    </w:tbl>
    <w:p>
      <w:pPr>
        <w:pStyle w:val="Heading3"/>
      </w:pPr>
      <w:r>
        <w:t>Résumé :</w:t>
      </w:r>
    </w:p>
    <w:p>
      <w:r>
        <w:t>Cette série originale d'ouvrages vise à enseigner une méthode scientifique de création technique, dépassant largement le cadre de la machine-outil et même de la technique. Ces ouvrages, et c'est là leur force, donnent des bases scientifiques solides pour l'étude des machines-outils et permettent l'analyse de toutes les machines-outils existantes, tout en étant conçus pour l'étude et la construction de machines nouvelles.</w:t>
        <w:br/>
        <w:br/>
        <w:br/>
        <w:br/>
        <w:t>L'auteur innove en proposant une véritable méthode de synthèse, base de la conception des machines-outils.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