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L'eau la gouvernance et l'ethique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Zella, Lakhdar/ Smadhi, Dalila/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de l'eau/ gestion de l'eau/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synthèse bibliographique riche et variée dans le domaine des sciences de l'eau.&lt;br&gt;C'est un recueil bref qui contribue à apporter aux lecteurs quelques connaissances générales des faits anciens et nouveaux liés à la gouvernance de l'eau. Il retrace notamment son histoire depuis l'aube des civilisations en exposant des exemples de gestion de l'eau dans les milieux désertiques et autres.&lt;br&gt;C'est un document qui devrait intéresser un grand nombre de lecteur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