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hydrauliques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Thuma, Antal/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machine hydraulique/ pompe hydraulique/ Turbine hydraulique/ </w:t>
            </w:r>
          </w:p>
        </w:tc>
      </w:tr>
    </w:tbl>
    <w:p>
      <w:pPr>
        <w:pStyle w:val="Heading3"/>
      </w:pPr>
      <w:r>
        <w:t>Résumé :</w:t>
      </w:r>
    </w:p>
    <w:p>
      <w:r>
        <w:t>L’ouvrage Machines hydrauliques est un court technique de physique appliquée qui présente de manière accessible et pédagogique les principes fondamentaux, le fonctionnement, les types et les applications des machines hydrauliques utilisées dans l’ingénierie et l’industrie. Il s’adresse notamment aux étudiants en mécanique, génie civil, hydraulique, ainsi qu’aux techniciens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