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la stratigraphie et géologie historique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Boulin,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de la terre(N°:None)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2225459037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stratigraphie/ </w:t>
            </w:r>
          </w:p>
        </w:tc>
      </w:tr>
    </w:tbl>
    <w:p>
      <w:pPr>
        <w:pStyle w:val="Heading3"/>
      </w:pPr>
      <w:r>
        <w:t>Résumé :</w:t>
      </w:r>
    </w:p>
    <w:p>
      <w:r>
        <w:t>Méthodes de la stratigraphie et géologie historique de Jean Boulin est un manuel pédagogique qui présente les principes et méthodes fondamentales de la stratigraphie et de la géologie historique.</w:t>
        <w:br/>
        <w:br/>
        <w:t>L’ouvrage explique comment analyser les couches sédimentaires, établir leur chronologie relative, interpréter les environnements anciens et reconstituer l’évolution paléogéographique de la Terre. Il s’adresse principalement aux étudiants en géologie et constitue une base méthodologique pour comprendre l’histoire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