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Gros œuvre du bâtiment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Boulet, Benjamin/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72 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2040054243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gros œuvre/ construction de bâtiment/ technique de construction/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manuel technique de la collection « aide-mémoire » destiné aux étudiants et aux professionnels du bâtiment. il présente de manière synthétique les principes essentiels du gros œuvre, c’est-à-dire l’ensemble des travaux qui assurent la stabilité et l’ossature d’un bâtiment (fondations, murs porteurs, structures et charpentes.</w:t>
        <w:br/>
        <w:br/>
        <w:t xml:space="preserve">l’ouvrage explique les différentes étapes de la réalisation d’une structure de bâtiment, depuis la préparation du chantier jusqu’à la mise en place des éléments porteurs. il aborde notamment </w:t>
        <w:br/>
        <w:br/>
        <w:t>•</w:t>
        <w:tab/>
        <w:t>l’organisation des chantiers, avec les méthodes de planification et la gestion des travaux .</w:t>
        <w:br/>
        <w:br/>
        <w:t>•</w:t>
        <w:tab/>
        <w:t>les terrassements, qui consistent à préparer le terrain pour la construction .</w:t>
        <w:br/>
        <w:br/>
        <w:t>•</w:t>
        <w:tab/>
        <w:t>les fondations, indispensables pour transmettre les charges du bâtiment au sol .</w:t>
        <w:br/>
        <w:br/>
        <w:t>•</w:t>
        <w:tab/>
        <w:t>les techniques de gros œuvre (murs, planchers, dallages, structures principales) .</w:t>
        <w:br/>
        <w:br/>
        <w:t>•</w:t>
        <w:tab/>
        <w:t>les charpentes en bois et métalliques, utilisées pour supporter la couverture et compléter la structure.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