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Statistique descriptive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Avenel, Jean David/ Azoulay, Elie/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198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Mathématiques et statistique appliquées à l'économie et à la gestion(N°:None)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2840741628</w:t>
            </w:r>
          </w:p>
        </w:tc>
      </w:tr>
      <w:tr>
        <w:trPr>
          <w:trHeight w:val="567"/>
        </w:trPr>
        <w:tc>
          <w:tcPr>
            <w:tcW w:type="dxa" w:w="3000"/>
          </w:tcPr>
          <w:p>
            <w:r>
              <w:t>Thème</w:t>
            </w:r>
          </w:p>
        </w:tc>
        <w:tc>
          <w:tcPr>
            <w:tcW w:type="dxa" w:w="7000"/>
          </w:tcPr>
          <w:p>
            <w:r>
              <w:t>Statistique</w:t>
            </w:r>
          </w:p>
        </w:tc>
      </w:tr>
      <w:tr>
        <w:trPr>
          <w:trHeight w:val="567"/>
        </w:trPr>
        <w:tc>
          <w:tcPr>
            <w:tcW w:type="dxa" w:w="3000"/>
          </w:tcPr>
          <w:p>
            <w:r>
              <w:t>Classification(s)</w:t>
            </w:r>
          </w:p>
        </w:tc>
        <w:tc>
          <w:tcPr>
            <w:tcW w:type="dxa" w:w="7000"/>
          </w:tcPr>
          <w:p>
            <w:r>
              <w:t xml:space="preserve">519.5/ </w:t>
            </w:r>
          </w:p>
        </w:tc>
      </w:tr>
      <w:tr>
        <w:trPr>
          <w:trHeight w:val="567"/>
        </w:trPr>
        <w:tc>
          <w:tcPr>
            <w:tcW w:type="dxa" w:w="3000"/>
          </w:tcPr>
          <w:p>
            <w:r>
              <w:t>Sujet(s)</w:t>
            </w:r>
          </w:p>
        </w:tc>
        <w:tc>
          <w:tcPr>
            <w:tcW w:type="dxa" w:w="7000"/>
          </w:tcPr>
          <w:p>
            <w:r>
              <w:t xml:space="preserve">écart-type/ statistique descriptive/ </w:t>
            </w:r>
          </w:p>
        </w:tc>
      </w:tr>
    </w:tbl>
    <w:p>
      <w:pPr>
        <w:pStyle w:val="Heading3"/>
      </w:pPr>
      <w:r>
        <w:t>Résumé :</w:t>
      </w:r>
    </w:p>
    <w:p>
      <w:r>
        <w:t>Cet ouvrage est destinée en priorité aux étudiants des DEUG de sciences économiques et de gestion, AES, MASS, et des IUT et des BTS concernés par les disciplines de la gestion. Elle est également adaptée aux programmes des classes préparatoires aux écoles de commerce. Elle comporte plusieurs ouvrage qui couvrent les différents programmes en : - statistique descriptive ; - analyse ; - algèbre ; - calcul des probabilités et applications ; Ce premier volume concerne la statistique descriptive. Chaque chapitre est suivi d'un résumé où se trouvent consignés les définitions et les résultats essentiels, et de nombreux exercices complètement résolus. Enfin, l'ouvrage se termine par des sujets d'examens proposes au DEUG de sciences économiques de 1ère année, et leurs solutions détaillées.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