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statistique avec 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Bertrand, Frédéric/ Maumy-Bertrand, Myriam/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cours(N°:None)</w:t>
            </w:r>
          </w:p>
        </w:tc>
      </w:tr>
      <w:tr>
        <w:trPr>
          <w:trHeight w:val="567"/>
        </w:trPr>
        <w:tc>
          <w:tcPr>
            <w:tcW w:type="dxa" w:w="3000"/>
          </w:tcPr>
          <w:p>
            <w:r>
              <w:t>Notes Générales</w:t>
            </w:r>
          </w:p>
        </w:tc>
        <w:tc>
          <w:tcPr>
            <w:tcW w:type="dxa" w:w="7000"/>
          </w:tcPr>
          <w:p>
            <w:r>
              <w:t>Index p.p. 417-421</w:t>
            </w:r>
          </w:p>
        </w:tc>
      </w:tr>
      <w:tr>
        <w:trPr>
          <w:trHeight w:val="567"/>
        </w:trPr>
        <w:tc>
          <w:tcPr>
            <w:tcW w:type="dxa" w:w="3000"/>
          </w:tcPr>
          <w:p>
            <w:r>
              <w:t>Numéro d'Identification</w:t>
            </w:r>
          </w:p>
        </w:tc>
        <w:tc>
          <w:tcPr>
            <w:tcW w:type="dxa" w:w="7000"/>
          </w:tcPr>
          <w:p>
            <w:r>
              <w:t>9782100712861</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échantillonnage/ estimation/ </w:t>
            </w:r>
          </w:p>
        </w:tc>
      </w:tr>
    </w:tbl>
    <w:p>
      <w:pPr>
        <w:pStyle w:val="Heading3"/>
      </w:pPr>
      <w:r>
        <w:t>Résumé :</w:t>
      </w:r>
    </w:p>
    <w:p>
      <w:r>
        <w:t>Cet ouvrage devenu un standard dans le domaine de la statistique. L'enseignement de ce logiciel libre et gratuit s'est généralisé dans toutes les filières où les statistiques sont utilisées : sciences physiques, sciences de la vie et de la Terre, sciences économiques... Cet ouvrage propose d'accompagner l'étudiant en Licence ou en école d'ingénieur dans son apprentissage de la statistique avec R Dans chaque chapitre, le lecteur trouvera :Un rappel de cours concis ; Des énoncés d'exercices répartis en deux catégories : Des applications directes du cours, classées par ordre de difficulté croissante et qui suivent l'ordre d'exposition des notions dans le cours. Des problèmes plus sophistiqués permettant de généraliser les concepts. Une rubrique "Du mal à démarrer ?" : Pour chaque question, une indication est proposée afin d'aider l'étudiant à démarrer la résolution de l'exercice. Les solutions détaillées. A la fin de chaque solution, une rubrique "Ce qu'il faut retenir de cet exercice" propose un bilan méthodologique. Une annexe présente en fin d'ouvrage les bases de R et ses principales fonctions. Cette seconde édition entièrement révisée est conforme aux dernières évolutions du logiciel. Par ailleurs, des exercices corrigés ont été ajoutés dans le chapitre 10 : Analyse de la variance à un facteur.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