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Stratigraphie et paléogéographie ère cénozoïque: tertiaire et quaternaire Stratigraphie et paléogéographie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Babin,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257-263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9782704000050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cénozoïque (Paléogène, Néogène, Quaternaire)/ orogenèse Alpine (Collision Afrique-Europe)/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détaille les 66 derniers millions d'années de l'histoire de la Terre. Il est divisé en deux grandes parties : le Tertiaire (Paléogène et Néogène) et le Quaternaire.</w:t>
        <w:br/>
        <w:br/>
        <w:br/>
        <w:br/>
        <w:t>L'auteur y analyse la mise en place définitive des chaînes de montagnes actuelles (orogenèse alpine et himalayenne) et le passage d'un monde "chaud" (Paléocène/Éocène) à un monde marqué par les grandes glaciations (Pléistocène). Une attention particulière est portée sur le Bassin Parisien, qui sert de modèle stratigraphique mondial pour de nombreux étages (Lutétien, Auversien,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