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Roldan Viloria, José/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2100488635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pompe hydraulique/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toutes les données théoriques et technologiques sur l'hydraulique industrielle, illustrées de nombreux schémas et tableaux récapitulatifs et d'une centaine de cas concrets. Il aborde successivement les points suivants • Physique des fluides. • Composants et symboles hydrauliques. • Matériels hydrauliques. • Vérins hydrauliques. • Électrohydraulique. Cette approche à la fois fondamentale et très pratique conviendra aux ingénieurs et techniciens en mécanique ainsi qu'aux étudiants et élèves-ingénieurs qui souhaitent acquérir une meilleure compréhension de la technologie hydraulique.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